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left"/>
      </w:pPr>
      <w:r>
        <w:rPr>
          <w:b/>
          <w:color w:val="0F3154"/>
          <w:sz w:val="18"/>
        </w:rPr>
        <w:t>ANYTIME SOCCER TRAINING</w:t>
      </w:r>
    </w:p>
    <w:p>
      <w:pPr>
        <w:spacing w:after="40"/>
        <w:jc w:val="left"/>
      </w:pPr>
      <w:r>
        <w:rPr>
          <w:b/>
          <w:color w:val="0F3154"/>
          <w:sz w:val="40"/>
        </w:rPr>
        <w:t>Parent Welcome Email</w:t>
      </w:r>
    </w:p>
    <w:p>
      <w:pPr>
        <w:spacing w:after="280"/>
        <w:jc w:val="left"/>
      </w:pPr>
      <w:r>
        <w:rPr>
          <w:i/>
          <w:color w:val="5A6472"/>
          <w:sz w:val="18"/>
        </w:rPr>
        <w:t>Edit the parts in brackets, then send this to your parents and players.</w:t>
      </w:r>
    </w:p>
    <w:p>
      <w:pPr>
        <w:spacing w:after="320"/>
        <w:jc w:val="left"/>
      </w:pPr>
      <w:r>
        <w:rPr>
          <w:b/>
          <w:color w:val="0F3154"/>
          <w:sz w:val="20"/>
        </w:rPr>
        <w:t xml:space="preserve">Suggested subject: </w:t>
      </w:r>
      <w:r>
        <w:rPr>
          <w:sz w:val="20"/>
        </w:rPr>
        <w:t>Exciting news for our team — free training at home</w:t>
      </w:r>
    </w:p>
    <w:p>
      <w:pPr>
        <w:jc w:val="left"/>
      </w:pPr>
      <w:r>
        <w:t>Hi Parents and Players,</w:t>
      </w:r>
    </w:p>
    <w:p>
      <w:pPr>
        <w:jc w:val="left"/>
      </w:pPr>
      <w:r>
        <w:t>I'm excited to announce that we're partnering with Anytime Soccer Training — a platform designed to help our players sharpen their skills and get those all-important extra touches right from home!</w:t>
      </w:r>
    </w:p>
    <w:p>
      <w:pPr>
        <w:jc w:val="left"/>
      </w:pPr>
      <w:r>
        <w:t>With this partnership, you’ll get free access to over 5,000 training videos covering ball mastery, dribbling, juggling, and more. The follow-along format makes it easy and fun for everyone.</w:t>
      </w:r>
    </w:p>
    <w:p>
      <w:pPr>
        <w:jc w:val="left"/>
      </w:pPr>
      <w:r>
        <w:rPr>
          <w:b/>
        </w:rPr>
        <w:t>Here's what to expect:</w:t>
      </w:r>
    </w:p>
    <w:p>
      <w:pPr>
        <w:jc w:val="left"/>
      </w:pPr>
      <w:r>
        <w:t>Once your account is set up, you’ll receive an invite to join our team on the app. From there, Neil Crawford (founder of Anytime Soccer Training) and I will guide you on how to get started. I’ll also assign homework, set up team challenges, and add some friendly competition to keep things engaging!</w:t>
      </w:r>
    </w:p>
    <w:p>
      <w:pPr>
        <w:jc w:val="left"/>
      </w:pPr>
      <w:r>
        <w:rPr>
          <w:b/>
        </w:rPr>
        <w:t xml:space="preserve">Our goal: </w:t>
      </w:r>
      <w:r>
        <w:t>Have everyone signed up and ready to train by the end of this week.</w:t>
      </w:r>
    </w:p>
    <w:p>
      <w:pPr>
        <w:jc w:val="left"/>
      </w:pPr>
      <w:r>
        <w:t>Be on the lookout for a welcome email from Anytime Soccer Training — it’ll have everything you need to get started.</w:t>
      </w:r>
    </w:p>
    <w:p>
      <w:pPr>
        <w:jc w:val="left"/>
      </w:pPr>
      <w:r>
        <w:t>In the meantime, feel free to explore their website at https://www.anytime-soccer.com and check out their quick intro video at https://youtu.be/ITfUAwCdhRg.</w:t>
      </w:r>
    </w:p>
    <w:p>
      <w:pPr>
        <w:jc w:val="left"/>
      </w:pPr>
      <w:r>
        <w:t>Let’s make this season unforgettable — the more effort we put in now, the greater results we’ll see on the field!</w:t>
      </w:r>
    </w:p>
    <w:p>
      <w:pPr>
        <w:spacing w:before="200"/>
        <w:jc w:val="left"/>
      </w:pPr>
      <w:r>
        <w:t>[Your Name]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